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FÜR EINGEHENDE UND AUSGEHENDE ANRUFE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Telefonnotiz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Datum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Uhrzeit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Anruf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eingehend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ausgehend</w:t>
            </w:r>
          </w:p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Für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Name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Firma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Telefon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E-Mail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1259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Anliegen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2506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Besprochen / Eckdaten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1259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Vereinbart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Rückruf</w:t>
            </w:r>
          </w:p>
        </w:tc>
        <w:tc>
          <w:tcPr>
            <w:tcW w:type="dxa" w:w="7938"/>
            <w:gridSpan w:val="3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erbeten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dringend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nicht nötig</w:t>
            </w:r>
          </w:p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Rückruf bis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Weiter an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Nächste Schritte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5442"/>
        <w:gridCol w:w="2040"/>
        <w:gridCol w:w="1360"/>
        <w:gridCol w:w="1020"/>
      </w:tblGrid>
      <w:tr>
        <w:trPr>
          <w:trHeight w:val="266" w:hRule="atLeast"/>
          <w:tblHeader/>
        </w:trPr>
        <w:tc>
          <w:tcPr>
            <w:tcW w:type="dxa" w:w="5443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Was ist zu tun?</w:t>
            </w:r>
          </w:p>
        </w:tc>
        <w:tc>
          <w:tcPr>
            <w:tcW w:type="dxa" w:w="204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Wer</w:t>
            </w:r>
          </w:p>
        </w:tc>
        <w:tc>
          <w:tcPr>
            <w:tcW w:type="dxa" w:w="1361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Bis wann</w:t>
            </w:r>
          </w:p>
        </w:tc>
        <w:tc>
          <w:tcPr>
            <w:tcW w:type="dxa" w:w="1020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Erledigt</w:t>
            </w:r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5443"/>
            <w:vAlign w:val="top"/>
          </w:tcPr>
          <w:p/>
        </w:tc>
        <w:tc>
          <w:tcPr>
            <w:tcW w:type="dxa" w:w="2041"/>
            <w:vAlign w:val="top"/>
          </w:tcPr>
          <w:p/>
        </w:tc>
        <w:tc>
          <w:tcPr>
            <w:tcW w:type="dxa" w:w="1361"/>
            <w:vAlign w:val="top"/>
          </w:tcPr>
          <w:p/>
        </w:tc>
        <w:tc>
          <w:tcPr>
            <w:tcW w:type="dxa" w:w="1020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</w:tbl>
    <w:p>
      <w:pPr>
        <w:spacing w:after="0" w:before="0" w:line="200" w:lineRule="exact"/>
      </w:pP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Aufgenommen von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Erledigt am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Vorlage von SpeechToWork · speechtowork.de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de-DE" w:eastAsia="de-DE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Telefonnotiz Vorlage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